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0CDD" w14:textId="0E8F6FDE" w:rsidR="005F3B30" w:rsidRPr="002271F6" w:rsidRDefault="005F3B30">
      <w:pPr>
        <w:jc w:val="center"/>
        <w:rPr>
          <w:b/>
          <w:lang w:val="cs-CZ"/>
        </w:rPr>
      </w:pPr>
      <w:r w:rsidRPr="002271F6">
        <w:rPr>
          <w:b/>
          <w:noProof/>
          <w:lang w:val="cs-CZ"/>
        </w:rPr>
        <w:drawing>
          <wp:anchor distT="0" distB="0" distL="114300" distR="114300" simplePos="0" relativeHeight="251658240" behindDoc="0" locked="0" layoutInCell="1" allowOverlap="1" wp14:anchorId="2FC342F5" wp14:editId="2BB82476">
            <wp:simplePos x="0" y="0"/>
            <wp:positionH relativeFrom="margin">
              <wp:posOffset>-438150</wp:posOffset>
            </wp:positionH>
            <wp:positionV relativeFrom="margin">
              <wp:posOffset>-438150</wp:posOffset>
            </wp:positionV>
            <wp:extent cx="1981200" cy="1981200"/>
            <wp:effectExtent l="0" t="0" r="0" b="0"/>
            <wp:wrapSquare wrapText="bothSides"/>
            <wp:docPr id="16426063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606376" name="Obrázek 164260637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634E7" w14:textId="77777777" w:rsidR="005F3B30" w:rsidRPr="002271F6" w:rsidRDefault="005F3B30">
      <w:pPr>
        <w:jc w:val="center"/>
        <w:rPr>
          <w:b/>
          <w:lang w:val="cs-CZ"/>
        </w:rPr>
      </w:pPr>
    </w:p>
    <w:p w14:paraId="5F9AB5C2" w14:textId="5B5F3098" w:rsidR="00056434" w:rsidRPr="002271F6" w:rsidRDefault="00000000" w:rsidP="005F3B30">
      <w:pPr>
        <w:rPr>
          <w:rFonts w:ascii="Arial" w:hAnsi="Arial" w:cs="Arial"/>
          <w:color w:val="1F497D" w:themeColor="text2"/>
          <w:lang w:val="cs-CZ"/>
        </w:rPr>
      </w:pPr>
      <w:r w:rsidRPr="002271F6">
        <w:rPr>
          <w:rFonts w:ascii="Arial" w:hAnsi="Arial" w:cs="Arial"/>
          <w:b/>
          <w:color w:val="1F497D" w:themeColor="text2"/>
          <w:lang w:val="cs-CZ"/>
        </w:rPr>
        <w:t>NADAČNÍ FOND PROFESORA MUDr. ANDREJE SUKOPA</w:t>
      </w:r>
    </w:p>
    <w:p w14:paraId="4D3BB110" w14:textId="77777777" w:rsidR="00056434" w:rsidRPr="002271F6" w:rsidRDefault="00000000">
      <w:pPr>
        <w:jc w:val="center"/>
        <w:rPr>
          <w:rFonts w:ascii="Arial" w:hAnsi="Arial" w:cs="Arial"/>
          <w:color w:val="1F497D" w:themeColor="text2"/>
          <w:lang w:val="cs-CZ"/>
        </w:rPr>
      </w:pPr>
      <w:r w:rsidRPr="002271F6">
        <w:rPr>
          <w:rFonts w:ascii="Arial" w:hAnsi="Arial" w:cs="Arial"/>
          <w:b/>
          <w:color w:val="1F497D" w:themeColor="text2"/>
          <w:lang w:val="cs-CZ"/>
        </w:rPr>
        <w:t>DAROVACÍ SMLOUVA</w:t>
      </w:r>
    </w:p>
    <w:p w14:paraId="76D41D00" w14:textId="32FEF9F3" w:rsidR="00056434" w:rsidRPr="002271F6" w:rsidRDefault="00000000" w:rsidP="003C4795">
      <w:pPr>
        <w:jc w:val="center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uzavřená podle § 2055 a násl. zákona č. 89/2012 Sb., občanský zákoník</w:t>
      </w:r>
    </w:p>
    <w:p w14:paraId="42699052" w14:textId="77777777" w:rsidR="00056434" w:rsidRPr="002271F6" w:rsidRDefault="00000000">
      <w:pPr>
        <w:rPr>
          <w:rFonts w:ascii="Arial" w:hAnsi="Arial" w:cs="Arial"/>
          <w:color w:val="1F497D" w:themeColor="text2"/>
          <w:sz w:val="20"/>
          <w:szCs w:val="20"/>
          <w:lang w:val="cs-CZ"/>
        </w:rPr>
      </w:pPr>
      <w:r w:rsidRPr="002271F6">
        <w:rPr>
          <w:rFonts w:ascii="Arial" w:hAnsi="Arial" w:cs="Arial"/>
          <w:b/>
          <w:color w:val="1F497D" w:themeColor="text2"/>
          <w:sz w:val="20"/>
          <w:szCs w:val="20"/>
          <w:lang w:val="cs-CZ"/>
        </w:rPr>
        <w:t>Smluvní strany:</w:t>
      </w:r>
    </w:p>
    <w:p w14:paraId="66D2756D" w14:textId="77777777" w:rsidR="00056434" w:rsidRPr="002271F6" w:rsidRDefault="00000000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2271F6">
        <w:rPr>
          <w:rFonts w:ascii="Arial" w:hAnsi="Arial" w:cs="Arial"/>
          <w:b/>
          <w:bCs/>
          <w:sz w:val="20"/>
          <w:szCs w:val="20"/>
          <w:lang w:val="cs-CZ"/>
        </w:rPr>
        <w:t>Dárce:</w:t>
      </w:r>
    </w:p>
    <w:p w14:paraId="3A5EACFF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Nadační fond profesora MUDr. Andreje Sukopa</w:t>
      </w:r>
    </w:p>
    <w:p w14:paraId="5D1F82E2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Sídlo: Čábelecká 51/4, 165 00 Praha 6</w:t>
      </w:r>
    </w:p>
    <w:p w14:paraId="1CED068C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IČO: 17524237</w:t>
      </w:r>
    </w:p>
    <w:p w14:paraId="4C20F8A8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Bankovní spojení: 313365641/0300</w:t>
      </w:r>
    </w:p>
    <w:p w14:paraId="27F03008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IBAN: CZ77 0300 0000 0003 1336 5641</w:t>
      </w:r>
    </w:p>
    <w:p w14:paraId="446F6511" w14:textId="73E4FCF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E-mail: </w:t>
      </w:r>
      <w:hyperlink r:id="rId12" w:history="1">
        <w:r w:rsidR="00D033A4" w:rsidRPr="002271F6">
          <w:rPr>
            <w:rStyle w:val="Hypertextovodkaz"/>
            <w:rFonts w:ascii="Arial" w:hAnsi="Arial" w:cs="Arial"/>
            <w:sz w:val="20"/>
            <w:szCs w:val="20"/>
            <w:lang w:val="cs-CZ"/>
          </w:rPr>
          <w:t>info@nfpas.cz</w:t>
        </w:r>
      </w:hyperlink>
    </w:p>
    <w:p w14:paraId="646D4A2E" w14:textId="77777777" w:rsidR="00D033A4" w:rsidRPr="002271F6" w:rsidRDefault="00D033A4">
      <w:pPr>
        <w:rPr>
          <w:rFonts w:ascii="Arial" w:hAnsi="Arial" w:cs="Arial"/>
          <w:sz w:val="20"/>
          <w:szCs w:val="20"/>
          <w:lang w:val="cs-CZ"/>
        </w:rPr>
      </w:pPr>
    </w:p>
    <w:p w14:paraId="6BE98AB8" w14:textId="60E01B55" w:rsidR="00D033A4" w:rsidRPr="002271F6" w:rsidRDefault="00D033A4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2271F6">
        <w:rPr>
          <w:rFonts w:ascii="Arial" w:hAnsi="Arial" w:cs="Arial"/>
          <w:b/>
          <w:bCs/>
          <w:sz w:val="20"/>
          <w:szCs w:val="20"/>
          <w:lang w:val="cs-CZ"/>
        </w:rPr>
        <w:t>Obdarovaný</w:t>
      </w:r>
      <w:r w:rsidR="0014519B" w:rsidRPr="002271F6">
        <w:rPr>
          <w:rFonts w:ascii="Arial" w:hAnsi="Arial" w:cs="Arial"/>
          <w:b/>
          <w:bCs/>
          <w:sz w:val="20"/>
          <w:szCs w:val="20"/>
          <w:lang w:val="cs-CZ"/>
        </w:rPr>
        <w:t>:</w:t>
      </w:r>
    </w:p>
    <w:p w14:paraId="30EBCE60" w14:textId="08B83D5E" w:rsidR="00D033A4" w:rsidRPr="002271F6" w:rsidRDefault="00CE06D2" w:rsidP="00D033A4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Jméno a příjmení</w:t>
      </w:r>
      <w:r w:rsidR="00D033A4" w:rsidRPr="002271F6">
        <w:rPr>
          <w:rFonts w:ascii="Arial" w:hAnsi="Arial" w:cs="Arial"/>
          <w:sz w:val="20"/>
          <w:szCs w:val="20"/>
          <w:lang w:val="cs-CZ"/>
        </w:rPr>
        <w:t xml:space="preserve">: </w:t>
      </w:r>
    </w:p>
    <w:p w14:paraId="615901B4" w14:textId="71AD04CF" w:rsidR="00D033A4" w:rsidRPr="002271F6" w:rsidRDefault="00CE06D2" w:rsidP="00D033A4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Adresa</w:t>
      </w:r>
      <w:r w:rsidR="00D033A4" w:rsidRPr="002271F6">
        <w:rPr>
          <w:rFonts w:ascii="Arial" w:hAnsi="Arial" w:cs="Arial"/>
          <w:sz w:val="20"/>
          <w:szCs w:val="20"/>
          <w:lang w:val="cs-CZ"/>
        </w:rPr>
        <w:t xml:space="preserve">: </w:t>
      </w:r>
    </w:p>
    <w:p w14:paraId="6A553E56" w14:textId="1C1D110A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Bankovní spojení</w:t>
      </w:r>
      <w:r w:rsidR="00580825">
        <w:rPr>
          <w:rFonts w:ascii="Arial" w:hAnsi="Arial" w:cs="Arial"/>
          <w:sz w:val="20"/>
          <w:szCs w:val="20"/>
          <w:lang w:val="cs-CZ"/>
        </w:rPr>
        <w:t>, na které bude dar převeden</w:t>
      </w:r>
      <w:r w:rsidRPr="002271F6">
        <w:rPr>
          <w:rFonts w:ascii="Arial" w:hAnsi="Arial" w:cs="Arial"/>
          <w:sz w:val="20"/>
          <w:szCs w:val="20"/>
          <w:lang w:val="cs-CZ"/>
        </w:rPr>
        <w:t xml:space="preserve">: </w:t>
      </w:r>
    </w:p>
    <w:p w14:paraId="634558A9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E-mail: </w:t>
      </w:r>
    </w:p>
    <w:p w14:paraId="2D0B552C" w14:textId="7667290D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Telefon:</w:t>
      </w:r>
    </w:p>
    <w:p w14:paraId="008525EE" w14:textId="5858E229" w:rsidR="00056434" w:rsidRDefault="00947E37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514789">
        <w:rPr>
          <w:rFonts w:ascii="Arial" w:hAnsi="Arial" w:cs="Arial"/>
          <w:b/>
          <w:bCs/>
          <w:sz w:val="20"/>
          <w:szCs w:val="20"/>
          <w:lang w:val="cs-CZ"/>
        </w:rPr>
        <w:t>U</w:t>
      </w:r>
      <w:r w:rsidR="00D20485" w:rsidRPr="00514789">
        <w:rPr>
          <w:rFonts w:ascii="Arial" w:hAnsi="Arial" w:cs="Arial"/>
          <w:b/>
          <w:bCs/>
          <w:sz w:val="20"/>
          <w:szCs w:val="20"/>
          <w:lang w:val="cs-CZ"/>
        </w:rPr>
        <w:t>zavírají</w:t>
      </w:r>
      <w:r w:rsidRPr="00514789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D20485" w:rsidRPr="00514789">
        <w:rPr>
          <w:rFonts w:ascii="Arial" w:hAnsi="Arial" w:cs="Arial"/>
          <w:b/>
          <w:bCs/>
          <w:sz w:val="20"/>
          <w:szCs w:val="20"/>
          <w:lang w:val="cs-CZ"/>
        </w:rPr>
        <w:t>níže uvedeného roku, měsíce a dne tuto darovací</w:t>
      </w:r>
      <w:r w:rsidRPr="00514789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D20485" w:rsidRPr="00514789">
        <w:rPr>
          <w:rFonts w:ascii="Arial" w:hAnsi="Arial" w:cs="Arial"/>
          <w:b/>
          <w:bCs/>
          <w:sz w:val="20"/>
          <w:szCs w:val="20"/>
          <w:lang w:val="cs-CZ"/>
        </w:rPr>
        <w:t>smlouvu</w:t>
      </w:r>
      <w:r w:rsidRPr="00514789">
        <w:rPr>
          <w:rFonts w:ascii="Arial" w:hAnsi="Arial" w:cs="Arial"/>
          <w:b/>
          <w:bCs/>
          <w:sz w:val="20"/>
          <w:szCs w:val="20"/>
          <w:lang w:val="cs-CZ"/>
        </w:rPr>
        <w:t>:</w:t>
      </w:r>
    </w:p>
    <w:p w14:paraId="3F3D1B76" w14:textId="77777777" w:rsidR="00514789" w:rsidRPr="00514789" w:rsidRDefault="00514789">
      <w:pPr>
        <w:rPr>
          <w:rFonts w:ascii="Arial" w:hAnsi="Arial" w:cs="Arial"/>
          <w:b/>
          <w:bCs/>
          <w:sz w:val="20"/>
          <w:szCs w:val="20"/>
          <w:lang w:val="cs-CZ"/>
        </w:rPr>
      </w:pPr>
    </w:p>
    <w:p w14:paraId="0F0CCC64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t>I.</w:t>
      </w:r>
    </w:p>
    <w:p w14:paraId="0FDA4E15" w14:textId="77777777" w:rsidR="005C7C8D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1. Dárce touto smlouvou daruje Obdarovanému finanční částku: </w:t>
      </w:r>
    </w:p>
    <w:p w14:paraId="7909E341" w14:textId="739FA8F1" w:rsidR="00056434" w:rsidRPr="002271F6" w:rsidRDefault="001D08BA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………..</w:t>
      </w:r>
      <w:r w:rsidR="005C7C8D">
        <w:rPr>
          <w:rFonts w:ascii="Arial" w:hAnsi="Arial" w:cs="Arial"/>
          <w:sz w:val="20"/>
          <w:szCs w:val="20"/>
          <w:lang w:val="cs-CZ"/>
        </w:rPr>
        <w:t>…..</w:t>
      </w:r>
      <w:r w:rsidRPr="002271F6">
        <w:rPr>
          <w:rFonts w:ascii="Arial" w:hAnsi="Arial" w:cs="Arial"/>
          <w:sz w:val="20"/>
          <w:szCs w:val="20"/>
          <w:lang w:val="cs-CZ"/>
        </w:rPr>
        <w:t>………………… Kč (slovy ………………………………………)</w:t>
      </w:r>
    </w:p>
    <w:p w14:paraId="0B603289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Dárce daruje finanční dar obdarovanému dobrovolně.</w:t>
      </w:r>
    </w:p>
    <w:p w14:paraId="047F5BA9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3. Dárce s darem nespojuje žádnou protislužbu ze strany Obdarovaného.</w:t>
      </w:r>
    </w:p>
    <w:p w14:paraId="3257804E" w14:textId="38EB01C2" w:rsidR="00056434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4. Obdarovaný prohlašuje, že uvedený dar přijímá a zavazuje se poskytnutou částku použít pouze k účelu, k němuž byl poskytnut.</w:t>
      </w:r>
      <w:r w:rsidRPr="002271F6">
        <w:rPr>
          <w:rFonts w:ascii="Arial" w:hAnsi="Arial" w:cs="Arial"/>
          <w:sz w:val="20"/>
          <w:szCs w:val="20"/>
          <w:lang w:val="cs-CZ"/>
        </w:rPr>
        <w:br/>
      </w:r>
    </w:p>
    <w:p w14:paraId="04D409A9" w14:textId="77777777" w:rsidR="0079038A" w:rsidRPr="002271F6" w:rsidRDefault="0079038A">
      <w:pPr>
        <w:rPr>
          <w:rFonts w:ascii="Arial" w:hAnsi="Arial" w:cs="Arial"/>
          <w:sz w:val="20"/>
          <w:szCs w:val="20"/>
          <w:lang w:val="cs-CZ"/>
        </w:rPr>
      </w:pPr>
    </w:p>
    <w:p w14:paraId="61E207C7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lastRenderedPageBreak/>
        <w:t>II.</w:t>
      </w:r>
    </w:p>
    <w:p w14:paraId="37513629" w14:textId="7768F4F3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1. Obdarovaný použije dar ………………………………………………………………………………</w:t>
      </w:r>
    </w:p>
    <w:p w14:paraId="419786B4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V případě, že Obdarovaný použije dar v rozporu s touto smlouvou, je Dárce oprávněn požadovat vrácení daru.</w:t>
      </w:r>
    </w:p>
    <w:p w14:paraId="6D178FFD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3. V žádných jiných případech nemá Dárce na vrácení daru nárok.</w:t>
      </w:r>
    </w:p>
    <w:p w14:paraId="25F67192" w14:textId="7F243B93" w:rsidR="00056434" w:rsidRPr="002271F6" w:rsidRDefault="00066189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4</w:t>
      </w:r>
      <w:r w:rsidRPr="002271F6">
        <w:rPr>
          <w:rFonts w:ascii="Arial" w:hAnsi="Arial" w:cs="Arial"/>
          <w:sz w:val="20"/>
          <w:szCs w:val="20"/>
          <w:lang w:val="cs-CZ"/>
        </w:rPr>
        <w:t>. Obdarovaný bere na vědomí zpracování osobních údajů dle GDPR.</w:t>
      </w:r>
    </w:p>
    <w:p w14:paraId="7A6FB272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t>III.</w:t>
      </w:r>
    </w:p>
    <w:p w14:paraId="2A1DB966" w14:textId="358C5805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1. Dar bude realizován převodem na účet obdarovaného nejpozději do </w:t>
      </w:r>
      <w:r w:rsidR="0079038A">
        <w:rPr>
          <w:rFonts w:ascii="Arial" w:hAnsi="Arial" w:cs="Arial"/>
          <w:sz w:val="20"/>
          <w:szCs w:val="20"/>
          <w:lang w:val="cs-CZ"/>
        </w:rPr>
        <w:t>10</w:t>
      </w:r>
      <w:r w:rsidRPr="002271F6">
        <w:rPr>
          <w:rFonts w:ascii="Arial" w:hAnsi="Arial" w:cs="Arial"/>
          <w:sz w:val="20"/>
          <w:szCs w:val="20"/>
          <w:lang w:val="cs-CZ"/>
        </w:rPr>
        <w:t xml:space="preserve"> dnů od podpisu smlouvy.</w:t>
      </w:r>
    </w:p>
    <w:p w14:paraId="515E4CCE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Obdarovaný souhlasí se způsobem a lhůtou předání daru.</w:t>
      </w:r>
    </w:p>
    <w:p w14:paraId="2BF168DC" w14:textId="36098EAA" w:rsidR="00056434" w:rsidRPr="00931AA1" w:rsidRDefault="00291155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931AA1">
        <w:rPr>
          <w:rFonts w:ascii="Arial" w:hAnsi="Arial" w:cs="Arial"/>
          <w:b/>
          <w:bCs/>
          <w:sz w:val="20"/>
          <w:szCs w:val="20"/>
          <w:lang w:val="cs-CZ"/>
        </w:rPr>
        <w:t>IV</w:t>
      </w:r>
      <w:r w:rsidR="00F03D3E" w:rsidRPr="00931AA1">
        <w:rPr>
          <w:rFonts w:ascii="Arial" w:hAnsi="Arial" w:cs="Arial"/>
          <w:b/>
          <w:bCs/>
          <w:sz w:val="20"/>
          <w:szCs w:val="20"/>
          <w:lang w:val="cs-CZ"/>
        </w:rPr>
        <w:t>.</w:t>
      </w:r>
    </w:p>
    <w:p w14:paraId="01C6D1DC" w14:textId="7A87D5CF" w:rsidR="00056434" w:rsidRPr="002271F6" w:rsidRDefault="00F03D3E">
      <w:pPr>
        <w:rPr>
          <w:rFonts w:ascii="Arial" w:hAnsi="Arial" w:cs="Arial"/>
          <w:sz w:val="20"/>
          <w:szCs w:val="20"/>
          <w:lang w:val="cs-CZ"/>
        </w:rPr>
      </w:pPr>
      <w:r w:rsidRPr="00F03D3E">
        <w:rPr>
          <w:rFonts w:ascii="Arial" w:hAnsi="Arial" w:cs="Arial"/>
          <w:sz w:val="20"/>
          <w:szCs w:val="20"/>
          <w:lang w:val="cs-CZ"/>
        </w:rPr>
        <w:t>1. Obdarovaný souhlasí s tím, že Dárce je oprávněn uvádět informace o poskytnutém daru, včetně identifikace Obdarovaného a účelu daru, na svých webových stránkách, sociálních sítích a výroční zprávě, a to výhradně za účelem prezentace své činnosti a naplňování svého poslání.</w:t>
      </w:r>
      <w:r w:rsidRPr="002271F6">
        <w:rPr>
          <w:rFonts w:ascii="Arial" w:hAnsi="Arial" w:cs="Arial"/>
          <w:sz w:val="20"/>
          <w:szCs w:val="20"/>
          <w:lang w:val="cs-CZ"/>
        </w:rPr>
        <w:br/>
      </w:r>
    </w:p>
    <w:p w14:paraId="436D96C0" w14:textId="23A3B583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t>V.</w:t>
      </w:r>
    </w:p>
    <w:p w14:paraId="5E3D1593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1. Právní vztahy se řídí občanským zákoníkem.</w:t>
      </w:r>
    </w:p>
    <w:p w14:paraId="6871805E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Smlouva byla uzavřena svobodně a vážně, nikoli v tísni.</w:t>
      </w:r>
    </w:p>
    <w:p w14:paraId="6556796D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3. Smlouva nabývá platnosti a účinnosti dnem podpisu oběma smluvními stranami.</w:t>
      </w:r>
    </w:p>
    <w:p w14:paraId="417D3E4A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4. Smlouva je vyhotovena ve dvou stejnopisech.</w:t>
      </w:r>
    </w:p>
    <w:p w14:paraId="7CCB61BD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5. Veškeré změny jsou možné pouze písemně.</w:t>
      </w:r>
    </w:p>
    <w:p w14:paraId="21718D18" w14:textId="77777777" w:rsidR="00056434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6. Smluvní strany prohlašují, že si smlouvu přečetly a souhlasí s jejím obsahem.</w:t>
      </w:r>
    </w:p>
    <w:p w14:paraId="05CB1A00" w14:textId="77777777" w:rsidR="00CB336A" w:rsidRPr="002271F6" w:rsidRDefault="00CB336A">
      <w:pPr>
        <w:rPr>
          <w:rFonts w:ascii="Arial" w:hAnsi="Arial" w:cs="Arial"/>
          <w:sz w:val="20"/>
          <w:szCs w:val="20"/>
          <w:lang w:val="cs-CZ"/>
        </w:rPr>
      </w:pPr>
    </w:p>
    <w:p w14:paraId="140BAFB1" w14:textId="2CCA3F0D" w:rsidR="00056434" w:rsidRDefault="00784B27" w:rsidP="00277569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V Praze dne:</w:t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  <w:t>V Praze dne:</w:t>
      </w:r>
    </w:p>
    <w:p w14:paraId="1AA96090" w14:textId="77777777" w:rsidR="00147991" w:rsidRDefault="00147991" w:rsidP="00277569">
      <w:pPr>
        <w:rPr>
          <w:rFonts w:ascii="Arial" w:hAnsi="Arial" w:cs="Arial"/>
          <w:sz w:val="20"/>
          <w:szCs w:val="20"/>
          <w:lang w:val="cs-CZ"/>
        </w:rPr>
      </w:pPr>
    </w:p>
    <w:p w14:paraId="27364B5E" w14:textId="059B6C3D" w:rsidR="00147991" w:rsidRPr="002271F6" w:rsidRDefault="00147991" w:rsidP="00277569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Dárce:</w:t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  <w:t>Obdarovaný:</w:t>
      </w:r>
    </w:p>
    <w:sectPr w:rsidR="00147991" w:rsidRPr="002271F6" w:rsidSect="00241EB0">
      <w:footerReference w:type="default" r:id="rId13"/>
      <w:pgSz w:w="12240" w:h="15840"/>
      <w:pgMar w:top="1440" w:right="1800" w:bottom="144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8405F" w14:textId="77777777" w:rsidR="000F1D23" w:rsidRDefault="000F1D23" w:rsidP="00574427">
      <w:pPr>
        <w:spacing w:after="0" w:line="240" w:lineRule="auto"/>
      </w:pPr>
      <w:r>
        <w:separator/>
      </w:r>
    </w:p>
  </w:endnote>
  <w:endnote w:type="continuationSeparator" w:id="0">
    <w:p w14:paraId="31FC25B7" w14:textId="77777777" w:rsidR="000F1D23" w:rsidRDefault="000F1D23" w:rsidP="00574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46DC" w14:textId="73CC72A9" w:rsidR="00241EB0" w:rsidRPr="002271F6" w:rsidRDefault="00241EB0" w:rsidP="007A534D">
    <w:pPr>
      <w:spacing w:after="0"/>
      <w:rPr>
        <w:rFonts w:ascii="Arial" w:hAnsi="Arial" w:cs="Arial"/>
        <w:sz w:val="20"/>
        <w:szCs w:val="20"/>
        <w:lang w:val="cs-CZ"/>
      </w:rPr>
    </w:pPr>
    <w:r w:rsidRPr="002271F6">
      <w:rPr>
        <w:rFonts w:ascii="Arial" w:hAnsi="Arial" w:cs="Arial"/>
        <w:sz w:val="20"/>
        <w:szCs w:val="20"/>
        <w:lang w:val="cs-CZ"/>
      </w:rPr>
      <w:t>Nadační fond profesora MUDr. Andreje Sukopa, Čábelecká 51/4, 165 00 Praha 6 – Lysolaje</w:t>
    </w:r>
  </w:p>
  <w:p w14:paraId="7BB55257" w14:textId="77777777" w:rsidR="00241EB0" w:rsidRPr="002271F6" w:rsidRDefault="00241EB0" w:rsidP="007A534D">
    <w:pPr>
      <w:spacing w:after="0"/>
      <w:rPr>
        <w:rFonts w:ascii="Arial" w:hAnsi="Arial" w:cs="Arial"/>
        <w:sz w:val="20"/>
        <w:szCs w:val="20"/>
        <w:lang w:val="cs-CZ"/>
      </w:rPr>
    </w:pPr>
    <w:r w:rsidRPr="002271F6">
      <w:rPr>
        <w:rFonts w:ascii="Arial" w:hAnsi="Arial" w:cs="Arial"/>
        <w:sz w:val="20"/>
        <w:szCs w:val="20"/>
        <w:lang w:val="cs-CZ"/>
      </w:rPr>
      <w:t>IČ 17524237, vedená u Městského soudu v Praze, N 2188, www.nfpas.cz</w:t>
    </w:r>
  </w:p>
  <w:p w14:paraId="46166D9E" w14:textId="0B3B0F73" w:rsidR="00574427" w:rsidRPr="00CE06D2" w:rsidRDefault="00574427">
    <w:pPr>
      <w:pStyle w:val="Zpat"/>
      <w:rPr>
        <w:lang w:val="pl-PL"/>
      </w:rPr>
    </w:pPr>
  </w:p>
  <w:p w14:paraId="20786677" w14:textId="77777777" w:rsidR="00574427" w:rsidRPr="00CE06D2" w:rsidRDefault="00574427">
    <w:pPr>
      <w:pStyle w:val="Zpat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CA915" w14:textId="77777777" w:rsidR="000F1D23" w:rsidRDefault="000F1D23" w:rsidP="00574427">
      <w:pPr>
        <w:spacing w:after="0" w:line="240" w:lineRule="auto"/>
      </w:pPr>
      <w:r>
        <w:separator/>
      </w:r>
    </w:p>
  </w:footnote>
  <w:footnote w:type="continuationSeparator" w:id="0">
    <w:p w14:paraId="28B9B5A1" w14:textId="77777777" w:rsidR="000F1D23" w:rsidRDefault="000F1D23" w:rsidP="00574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2343069">
    <w:abstractNumId w:val="8"/>
  </w:num>
  <w:num w:numId="2" w16cid:durableId="2037654934">
    <w:abstractNumId w:val="6"/>
  </w:num>
  <w:num w:numId="3" w16cid:durableId="1285429194">
    <w:abstractNumId w:val="5"/>
  </w:num>
  <w:num w:numId="4" w16cid:durableId="870921881">
    <w:abstractNumId w:val="4"/>
  </w:num>
  <w:num w:numId="5" w16cid:durableId="2056587085">
    <w:abstractNumId w:val="7"/>
  </w:num>
  <w:num w:numId="6" w16cid:durableId="1493062107">
    <w:abstractNumId w:val="3"/>
  </w:num>
  <w:num w:numId="7" w16cid:durableId="539901692">
    <w:abstractNumId w:val="2"/>
  </w:num>
  <w:num w:numId="8" w16cid:durableId="1104883091">
    <w:abstractNumId w:val="1"/>
  </w:num>
  <w:num w:numId="9" w16cid:durableId="144036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434"/>
    <w:rsid w:val="0006063C"/>
    <w:rsid w:val="00066189"/>
    <w:rsid w:val="00066958"/>
    <w:rsid w:val="000744A5"/>
    <w:rsid w:val="000A1B3F"/>
    <w:rsid w:val="000F1D23"/>
    <w:rsid w:val="0014519B"/>
    <w:rsid w:val="00147991"/>
    <w:rsid w:val="0015074B"/>
    <w:rsid w:val="00196388"/>
    <w:rsid w:val="001D08BA"/>
    <w:rsid w:val="002271F6"/>
    <w:rsid w:val="002342FF"/>
    <w:rsid w:val="00241EB0"/>
    <w:rsid w:val="00277569"/>
    <w:rsid w:val="00291155"/>
    <w:rsid w:val="0029639D"/>
    <w:rsid w:val="00326F90"/>
    <w:rsid w:val="003C4795"/>
    <w:rsid w:val="00434453"/>
    <w:rsid w:val="00514789"/>
    <w:rsid w:val="00561496"/>
    <w:rsid w:val="00574427"/>
    <w:rsid w:val="00580825"/>
    <w:rsid w:val="00595BBF"/>
    <w:rsid w:val="005C7C8D"/>
    <w:rsid w:val="005F3B30"/>
    <w:rsid w:val="006273F1"/>
    <w:rsid w:val="006C702B"/>
    <w:rsid w:val="00742AA1"/>
    <w:rsid w:val="00784B27"/>
    <w:rsid w:val="0079038A"/>
    <w:rsid w:val="007A534D"/>
    <w:rsid w:val="007C0B0E"/>
    <w:rsid w:val="007D6EA3"/>
    <w:rsid w:val="007E7F7B"/>
    <w:rsid w:val="0081461C"/>
    <w:rsid w:val="008C021D"/>
    <w:rsid w:val="00905D05"/>
    <w:rsid w:val="00931AA1"/>
    <w:rsid w:val="00947E37"/>
    <w:rsid w:val="009A78CF"/>
    <w:rsid w:val="00A75182"/>
    <w:rsid w:val="00AA1D8D"/>
    <w:rsid w:val="00AA6187"/>
    <w:rsid w:val="00AC6636"/>
    <w:rsid w:val="00AD1EFD"/>
    <w:rsid w:val="00B47730"/>
    <w:rsid w:val="00BC40FE"/>
    <w:rsid w:val="00CB0664"/>
    <w:rsid w:val="00CB078D"/>
    <w:rsid w:val="00CB336A"/>
    <w:rsid w:val="00CE06D2"/>
    <w:rsid w:val="00D033A4"/>
    <w:rsid w:val="00D20485"/>
    <w:rsid w:val="00DB6913"/>
    <w:rsid w:val="00EA0B1C"/>
    <w:rsid w:val="00F03D3E"/>
    <w:rsid w:val="00F05DFA"/>
    <w:rsid w:val="00F50D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  <w15:docId w15:val="{957F4C08-3DFC-4FD9-81D8-40DF7DD0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D033A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03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nfpas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03923f-64b8-4a62-9624-d681f2482c0f" xsi:nil="true"/>
    <lcf76f155ced4ddcb4097134ff3c332f xmlns="1d5d45ce-b3e7-48ad-a773-9977969d99d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359A8EEEC6849A8496B9546545C18" ma:contentTypeVersion="19" ma:contentTypeDescription="Create a new document." ma:contentTypeScope="" ma:versionID="a3b8f2056f4b57a1d26c96258f01a482">
  <xsd:schema xmlns:xsd="http://www.w3.org/2001/XMLSchema" xmlns:xs="http://www.w3.org/2001/XMLSchema" xmlns:p="http://schemas.microsoft.com/office/2006/metadata/properties" xmlns:ns2="6a03923f-64b8-4a62-9624-d681f2482c0f" xmlns:ns3="1d5d45ce-b3e7-48ad-a773-9977969d99d7" targetNamespace="http://schemas.microsoft.com/office/2006/metadata/properties" ma:root="true" ma:fieldsID="5df3f2f922b69d8fb1a8b50d344c01ba" ns2:_="" ns3:_="">
    <xsd:import namespace="6a03923f-64b8-4a62-9624-d681f2482c0f"/>
    <xsd:import namespace="1d5d45ce-b3e7-48ad-a773-9977969d99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3923f-64b8-4a62-9624-d681f2482c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894b7fe-8b1e-4c57-ab5b-c3a22ce92455}" ma:internalName="TaxCatchAll" ma:showField="CatchAllData" ma:web="6a03923f-64b8-4a62-9624-d681f2482c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d45ce-b3e7-48ad-a773-9977969d99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fcda8f-fda0-4f4f-9373-ebcf846fc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3536F8-AF63-46A2-939C-C05F1EFAA5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C8A167-BDD1-47D1-A43A-82B540832141}">
  <ds:schemaRefs>
    <ds:schemaRef ds:uri="http://schemas.microsoft.com/office/2006/metadata/properties"/>
    <ds:schemaRef ds:uri="http://schemas.microsoft.com/office/infopath/2007/PartnerControls"/>
    <ds:schemaRef ds:uri="6a03923f-64b8-4a62-9624-d681f2482c0f"/>
    <ds:schemaRef ds:uri="1d5d45ce-b3e7-48ad-a773-9977969d99d7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B03FBA5-F6D8-400D-B00B-A28572338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3923f-64b8-4a62-9624-d681f2482c0f"/>
    <ds:schemaRef ds:uri="1d5d45ce-b3e7-48ad-a773-9977969d9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299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Lenka Sládková</cp:lastModifiedBy>
  <cp:revision>50</cp:revision>
  <dcterms:created xsi:type="dcterms:W3CDTF">2013-12-23T23:15:00Z</dcterms:created>
  <dcterms:modified xsi:type="dcterms:W3CDTF">2026-07-29T10:32:00Z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0x010100314359A8EEEC6849A8496B9546545C18</vt:lpwstr>
  </property>
  <property fmtid="{D5CDD505-2E9C-101B-9397-08002B2CF9AE}" pid="3" name="MediaServiceImageTags">
    <vt:lpwstr/>
  </property>
</Properties>
</file>